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ООО «Пример»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(наименование организации)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ПРИКАЗ № 114-ОТ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«Об утверждении перечня средств индивидуальной защиты,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применение которых требует практических навыков»</w:t>
      </w:r>
    </w:p>
    <w:p w:rsidR="00A07D86" w:rsidRDefault="00A07D86" w:rsidP="00A07D86">
      <w:pPr>
        <w:tabs>
          <w:tab w:pos="9730" w:val="right"/>
        </w:tabs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Новосибирск	«19» августа 2026 г.</w:t>
      </w:r>
      <w:proofErr w:type="gramStart"/>
      <w:proofErr w:type="gramEnd"/>
    </w:p>
    <w:p w:rsidR="00A07D86" w:rsidRPr="00A07D86" w:rsidRDefault="00A07D86" w:rsidP="00A07D8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В соответствии с п. 38 Правил обучения по охране труда и проверки знания требований охраны труда (приложение к постановлению П</w:t>
      </w:r>
      <w:bookmarkStart w:id="0" w:name="_GoBack"/>
      <w:bookmarkEnd w:id="0"/>
      <w:r w:rsidRPr="00A07D86">
        <w:rPr>
          <w:rFonts w:ascii="Times New Roman" w:hAnsi="Times New Roman" w:cs="Times New Roman"/>
          <w:lang w:val="ru-RU"/>
        </w:rPr>
        <w:t xml:space="preserve">равительства РФ от 24.12.2021 № 2464), </w:t>
      </w:r>
    </w:p>
    <w:p w:rsidR="00F6052D" w:rsidRP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ПРИКАЗЫВАЮ: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Утвердить перечень средств индивидуальной защиты, применение которых требует от работников практических навыков (приложение № 1 к настоящему приказу).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В перечень включить СИЗ 2 класса риска согласно приложению № 4 к ТР ТС 019/2011, а также иные СИЗ, требующие практических навыков по результатам оценки профессиональных рисков.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Ответственному за организацию практического обучения обеспечить оснащение зоны практики и назначение инструктора(</w:t>
      </w:r>
      <w:proofErr w:type="spellStart"/>
      <w:r w:rsidRPr="00A07D86">
        <w:rPr>
          <w:rFonts w:ascii="Times New Roman" w:hAnsi="Times New Roman" w:cs="Times New Roman"/>
          <w:lang w:val="ru-RU"/>
        </w:rPr>
        <w:t>ов</w:t>
      </w:r>
      <w:proofErr w:type="spellEnd"/>
      <w:r w:rsidRPr="00A07D86">
        <w:rPr>
          <w:rFonts w:ascii="Times New Roman" w:hAnsi="Times New Roman" w:cs="Times New Roman"/>
          <w:lang w:val="ru-RU"/>
        </w:rPr>
        <w:t>) в соответствии с утверждённым перечнем.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Перечень пересматривать не реже 1 раза в год, а также при изменении номенклатуры выдаваемых СИЗ.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 xml:space="preserve">Контроль за исполнением приказа возложить на: Смирнова Е. П., Специалист по охране труда.</w:t>
      </w:r>
    </w:p>
    <w:p w:rsidR="00A07D86" w:rsidRDefault="00A07D86" w:rsidP="00A07D86">
      <w:pPr>
        <w:jc w:val="both"/>
        <w:rPr>
          <w:rFonts w:ascii="Times New Roman" w:hAnsi="Times New Roman" w:cs="Times New Roman"/>
          <w:lang w:val="ru-RU"/>
        </w:rPr>
      </w:pPr>
    </w:p>
    <w:p w:rsidR="00A07D86" w:rsidRDefault="00A07D86" w:rsidP="00A07D86">
      <w:pPr>
        <w:jc w:val="both"/>
        <w:rPr>
          <w:rFonts w:ascii="Times New Roman" w:hAnsi="Times New Roman" w:cs="Times New Roman"/>
          <w:lang w:val="ru-RU"/>
        </w:rPr>
      </w:pPr>
    </w:p>
    <w:p w:rsidR="00F6052D" w:rsidRP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 xml:space="preserve">Руководитель: Генеральный директор  ______________________ / Ковалёв А. Н. /</w:t>
      </w:r>
    </w:p>
    <w:p w:rsidR="00F6052D" w:rsidRP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br w:type="page"/>
      </w:r>
    </w:p>
    <w:p w:rsidR="00F6052D" w:rsidRDefault="00527950" w:rsidP="00A07D86">
      <w:pPr>
        <w:pStyle w:val="21"/>
        <w:jc w:val="right"/>
        <w:rPr>
          <w:rFonts w:ascii="Times New Roman" w:eastAsiaTheme="minorEastAsia" w:hAnsi="Times New Roman" w:cs="Times New Roman"/>
          <w:bCs w:val="0"/>
          <w:color w:val="auto"/>
          <w:sz w:val="22"/>
          <w:szCs w:val="22"/>
          <w:lang w:val="ru-RU"/>
        </w:rPr>
      </w:pPr>
      <w:r w:rsidRPr="00A07D86">
        <w:rPr>
          <w:rFonts w:ascii="Times New Roman" w:eastAsiaTheme="minorEastAsia" w:hAnsi="Times New Roman" w:cs="Times New Roman"/>
          <w:bCs w:val="0"/>
          <w:color w:val="auto"/>
          <w:sz w:val="22"/>
          <w:szCs w:val="22"/>
          <w:lang w:val="ru-RU"/>
        </w:rPr>
        <w:t xml:space="preserve">Приложение № 1 к приказу № 114-ОТ от «19» августа 2026 г.</w:t>
      </w:r>
    </w:p>
    <w:p w:rsidR="00A07D86" w:rsidRPr="00A07D86" w:rsidRDefault="00A07D86" w:rsidP="00A07D86">
      <w:pPr>
        <w:rPr>
          <w:lang w:val="ru-RU"/>
        </w:rPr>
      </w:pPr>
    </w:p>
    <w:p w:rsidR="00F6052D" w:rsidRPr="00A07D86" w:rsidRDefault="00527950" w:rsidP="00A70A10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b/>
          <w:lang w:val="ru-RU"/>
        </w:rPr>
        <w:t>Перечень средств индивидуальной защиты, применение которых требует практических навыков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540"/>
        <w:gridCol w:w="3245"/>
        <w:gridCol w:w="2162"/>
        <w:gridCol w:w="1351"/>
        <w:gridCol w:w="2432"/>
      </w:tblGrid>
      <w:tr w:rsidR="00F6052D" w:rsidRPr="00A07D86">
        <w:tc>
          <w:tcPr>
            <w:tcW w:w="540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№</w:t>
            </w:r>
          </w:p>
        </w:tc>
        <w:tc>
          <w:tcPr>
            <w:tcW w:w="3245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Наименование СИЗ</w:t>
            </w:r>
          </w:p>
        </w:tc>
        <w:tc>
          <w:tcPr>
            <w:tcW w:w="2162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Группа по ТР ТС 019/2011</w:t>
            </w:r>
          </w:p>
        </w:tc>
        <w:tc>
          <w:tcPr>
            <w:tcW w:w="1351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Класс риска</w:t>
            </w:r>
          </w:p>
        </w:tc>
        <w:tc>
          <w:tcPr>
            <w:tcW w:w="2432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Подразделение / должности</w:t>
            </w:r>
          </w:p>
        </w:tc>
      </w:tr>
      <w:tr w:rsidR="00F6052D" w:rsidRPr="00A07D86">
        <w:tc>
          <w:tcPr>
            <w:tcW w:w="540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3245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Привязь страховочная</w:t>
            </w:r>
          </w:p>
        </w:tc>
        <w:tc>
          <w:tcPr>
            <w:tcW w:w="216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Средства защиты органов дыхания</w:t>
            </w:r>
          </w:p>
        </w:tc>
        <w:tc>
          <w:tcPr>
            <w:tcW w:w="1351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243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Цех № 1 — слесарь-ремонтник</w:t>
            </w:r>
          </w:p>
        </w:tc>
      </w:tr>
    </w:tbl>
    <w:p w:rsidR="00527950" w:rsidRPr="00A07D86" w:rsidRDefault="00527950">
      <w:pPr>
        <w:rPr>
          <w:rFonts w:ascii="Times New Roman" w:hAnsi="Times New Roman" w:cs="Times New Roman"/>
        </w:rPr>
      </w:pPr>
    </w:p>
    <w:sectPr w:rsidR="00527950" w:rsidRPr="00A07D86" w:rsidSect="00A07D86">
      <w:pgSz w:w="11906" w:h="16838" w:orient="portrait"/>
      <w:pgMar w:top="1440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7950"/>
    <w:rsid w:val="008D331E"/>
    <w:rsid w:val="009D40F3"/>
    <w:rsid w:val="00A07D86"/>
    <w:rsid w:val="00A70A10"/>
    <w:rsid w:val="00AA1D8D"/>
    <w:rsid w:val="00B47730"/>
    <w:rsid w:val="00CB0664"/>
    <w:rsid w:val="00F605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D7B0009-6A00-4623-A6EF-1DE17AED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1F0104-0DE7-49CC-A854-289ADDFA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2026-08-18T06:04:00Z</dcterms:created>
  <dcterms:modified xsi:type="dcterms:W3CDTF">2026-08-18T06:04:00Z</dcterms:modified>
  <cp:category/>
</cp:coreProperties>
</file>